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uketuke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uketuke_yoko01</dc:title>
  <dc:subject>受付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