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10635889" cy="744299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uketuke_yoko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35889" cy="744299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4" w:h="11780" w:orient="landscape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uketuke_yoko03</dc:title>
  <dc:subject>受付 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