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61199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chijiteishi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61199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ichijiteishi01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