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56225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chijiteishi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56225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72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ichijiteishi02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