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490415" cy="10661904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chijiteishi0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90415" cy="10661904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826" w:h="16834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ichijiteishi03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