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chijiteish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ichijiteishi_yoko01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