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chijiteishi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ichijiteishi_yoko02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