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35" cy="745296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chijiteishi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35" cy="745296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ichijiteishi_yoko03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