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61199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kositekudasai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61199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jokositekudasai01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