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kositekudasai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jokositekudasai02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