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kositekudasa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jokositekudasai_yoko01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