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10650135" cy="745296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jokositekudasai_yoko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50135" cy="745296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78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jokositekudasai_yoko02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