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okositekudasai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jokositekudasai_yoko03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