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56225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itsuenj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56225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72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kitsuenjo02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