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61199" cy="1066190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itsuenjo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61199" cy="1066190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80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kitsuenjo03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