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itsuenjo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kitsuenjo_yoko01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