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09" cy="744797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itsuenjo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09" cy="744797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72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kitsuenjo_yoko02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