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itsuenjo_yoko03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kitsuenjo_yoko03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