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ire_kosyoutyuu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toire_kosyoutyuu01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