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7461199" cy="10661904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toire_kosyoutyuu02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461199" cy="10661904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1780" w:h="16834"/>
      <w:pgMar w:top="0" w:right="0" w:bottom="0" w:left="0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toire_kosyoutyuu02</dc:title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