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oire_kosyoutyuu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toire_kosyoutyuu_yoko02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