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650135" cy="745296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toire_kosyoutyuu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50135" cy="745296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toire_kosyoutyuu_yoko03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