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537966" cy="10661904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eitai_kinshi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37966" cy="1066190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1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keitai_kinshi01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