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7461199" cy="10661904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keitai_kinshi02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461199" cy="10661904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1780" w:h="16834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keitai_kinshi02</dc:title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