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10650135" cy="745296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keitai_kinshi_yoko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50135" cy="745296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4" w:h="11780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keitai_kinshi_yoko01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