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eitai_kinsh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keitai_kinshi_yoko03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